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ולבנות להן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לנסח תשובה כנה על חולשה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חוזקות לדרישות של מקום הראיון (מכינה, עבודה, מלגה)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שיהיה קל להיזכר ולספר דוגמה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חולשה אמיתית ולא להעמיד 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חוזקה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(הייתי אחראי/ת על תורנות הכיתה וקבעתי לוח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(אוהב/ת לשאול שאלות ולחקור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(ממשיך/ה לנסות גם כשקשה)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הנוסחה לחולשה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לומר בכנות על מה קשה לי (לפעמים אני 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מתי שמתי לב לזה (שמתי לב לזה כש___)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להשתפר (מאז אני ___)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חוזקה אמיתית ודוגמה קונקרטית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שחוזקה צריכה דוגמה וחולשה צריכה כנות וצמיחה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מסתיימת בצמיחה - מה עושים כדי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3 חוזקות מהבנק שבדף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הנוסחה לחולשה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להסתפק בחלקי mc, tf וחלק קצר מה-open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בראיונות רבים שואלים על חוזקות ועל חולשות. הדף מלמד לבחור חוזקות אמיתיות עם דוגמה, ולדבר על חולשה בכנות ובלי להתנצל יותר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חוזקות  ·  מודעות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טוב להכין מראש 3 חוזקות עם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להרשים במילים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שיהיה קל להיזכר ולספר דוגמה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למלא זמן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ב'לא להמציא' כשמדברים על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חולשה אמיתית ולא להעמיד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כמה שיותר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להמציא סיפור מרשים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אחד ואחת יש חוזקות שמופיעות שוב ושוב בלימודים, עם חברים ובבית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שאלת 'מה החולשה שלך' בודקת בעיקר מודעות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חוזקה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אוהב/ת לשאול שאלות ולחקור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הייתי אחראי/ת על תורנות הכיתה וקבעתי לוח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ממשיך/ה לנסות גם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אחד ואחת יש __________ - תכונות טובות שחוזרות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שאלת 'מה החולשה שלך' בודקת __________ עצמית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הנוסחה לחולשה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לתאר מתי שמתי לב לזה (שמתי לב לזה כש___)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מה עשיתי כדי להשתפר (מאז אני 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לומר בכנות על מה קשה לי (לפעמים אני ___)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חוזקה אחת שלכם וכתבו עליה דוגמה אישית קצרה, לפי המבנה חוזקה +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חוזקה טובה לחולשה טובה בתשובה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לחוזקה שלכם עם סיפור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חוזקות וחולשות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