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חוזקות וחולשות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חוזקות אישיות ולבנות להן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לנסח תשובה כנה על חולשה לפי נוסחה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חוזקות לדרישות של מקום הראיון (מכינה, עבודה, מלגה)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שיהיה קל להיזכר ולספר דוגמה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לכתוב חולשה אמיתית ולא להעמיד 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'אני פרפקציוניסט/ית מדי'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גורמת למראיין/ת לזכור את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לציין מה עושים כדי להשתפר (צמיחה)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הדף ממליץ לבחור עד 3 חוזקות עם דוגמה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מדגיש כנות ולא להמציא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בחלק חט"ע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חוזקה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(הייתי אחראי/ת על תורנות הכיתה וקבעתי לוח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(אוהב/ת לשאול שאלות ולחקור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(ממשיך/ה לנסות גם כשקשה)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(שם/ה לב היטב למה שאחרים אומרים)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(מתחיל/ה דברים בלי שמבקשים ממנו/ה)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חוזקות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הנוסחה לחולשה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לומר בכנות על מה קשה לי (לפעמים אני ___)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לתאר מתי שמתי לב לזה (שמתי לב לזה כש___)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לספר מה עשיתי כדי להשתפר (מאז אני ___)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להראות תוצאה חיובית (וזה כבר עוזר לי ב___)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חוזקה אמיתית ודוגמה קונקרטית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הכולל חולשה אמיתית, מתי שמו לב אליה, מה עושים כדי להשתפר, ותוצאה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שחוזקה צריכה דוגמה וחולשה צריכה כנות וצמיחה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דוגמה אישית קונקרטית ולא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מסתיימת בצמיחה - מה עושים כדי להשתפר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לבחור 3 חוזקות מהבנק שבדף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הנוסחה לחולשה בזוגות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חנ"מ אפשר להסתפק בחלקי mc, tf וחלק קצר מה-open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חוזקות וחולשות בראיון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בראיון שואלים לפעמים: מה אתה טוב בו? ומה קשה לך? בדף הזה לומדים לענות על זה בכנות ובביטחון.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שחוזרת שוב ושוב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שקשה לי, ואני עובד/ת לשפר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מודעות עצמית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להכיר טוב את עצמי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קטן שמוכיח תכונה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נוסחה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קבוע לבניית 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צמיחה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להראות שהשתפרתי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אמת ולא להמציא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כדאי להכין חוזקות מראש?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להרשים במילים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שיהיה קל להיזכר ולספר דוגמה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למלא זמן בראיון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להסתיר 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'לא להמציא' חולשה?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חולשה אמיתית ולא להעמיד 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כמה שיותר חולשות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להמציא סיפור מרשים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לענות על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חולשה נחשבת לא טובה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'אני פרפקציוניסט/ית מדי'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'לפעמים קשה לי לבקש עזרה'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'אני לומד/ת מהר'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'אני אחראי/ת'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דוגמה אישית חשובה?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גורמת למראיין/ת לזכור את התשובה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מאריכה את הראיון סתם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מחליפה את החוזקה עצמה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מבלבלת את המראיין/ת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מסיימים תשובה על חולשה?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להתנצל שוב ושוב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לציין מה עושים כדי להשתפר (צמיחה)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נושא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בשתיקה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אחד ואחת יש חוזקות שמופיעות שוב ושוב בלימודים, עם חברים ובבית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לבחור כמה שיותר חוזקות כדי להרשים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'מה החולשה שלך' בודקת בעיקר מודעות עצמית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להמציא חולשה לא אמיתית כדי להישמע טוב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חוזקה כמו עבודת צוות יכולה להתאים לראיון למכינה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חוזקה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אוהב/ת לשאול שאלות ולחקור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סקרנות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הייתי אחראי/ת על תורנות הכיתה וקבעתי לוח 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מתחיל/ה דברים בלי שמבקשים ממנו/ה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הקשבה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ממשיך/ה לנסות גם כשקשה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יוזמה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שם/ה לב היטב למה שאחרים אומרים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לכל אחד ואחת יש __________ - תכונות טובות שחוזרות שוב ושוב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שאלת 'מה החולשה שלך' בודקת __________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כשיש __________ לחוזקה, המראיין/ת זוכר/ת את התשובה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חוזקה טובה מופיעה בלימודים, עם חברים וב__________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מומלץ לבחור עד __________ חוזקות ולכל אחת למצוא 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הנוסחה לחולשה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לתאר מתי שמתי לב לזה (שמתי לב לזה כש___)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עשיתי כדי להשתפר (מאז אני ___)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להראות תוצאה חיובית (וזה כבר עוזר לי ב___)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בכנות על מה קשה לי (לפעמים אני ___)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חוזקה אחת שלכם וכתבו עליה דוגמה אישית קצרה, לפי המבנה חוזקה +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חולשה לפי הנוסחה מהדף,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חוזקה טובה לחולשה טובה בתשובה לראיון?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לחוזקה שלכם עם סיפור קצר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מסיימים תשובה על חולשה בלי להישמע שלילי מדי?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חוזקות וחולשות בראיון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