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ולבנות להן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לנסח תשובה כנה על חולשה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חוזקות לדרישות של מקום הראיון (מכינה, עבודה, מלגה)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שיהיה קל להיזכר ולספר דוגמה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חולשה אמיתית ולא להעמיד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'אני פרפקציוניסט/ית מדי'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גורמת למראיין/ת לזכור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לציין מה עושים כדי להשתפר (צמיחה)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ממליץ לבחור עד 3 חוזקות עם דוגמה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מדגיש כנות ולא להמציא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בחלק חט"ע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חוזקה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(הייתי אחראי/ת על תורנות הכיתה וקבעתי לוח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(אוהב/ת לשאול שאלות ולחקור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(ממשיך/ה לנסות גם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(שם/ה לב היטב למה שאחרים אומרים)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(מתחיל/ה דברים בלי שמבקשים ממנו/ה)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הנוסחה לחולשה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לומר בכנות על מה קשה לי (לפעמים אני 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מתי שמתי לב לזה (שמתי לב לזה כש___)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להשתפר (מאז אני 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להראות תוצאה חיובית (וזה כבר עוזר לי ב___)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חוזקה אמיתית ודוגמה קונקרטית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חולשה אמיתית, מתי שמו לב אליה, מה עושים כדי להשתפר, ותוצאה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שחוזקה צריכה דוגמה וחולשה צריכה כנות וצמיחה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מסתיימת בצמיחה - מה עושים כדי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3 חוזקות מהבנק שבדף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הנוסחה לחולשה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להסתפק בחלקי mc, tf וחלק קצר מה-open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בראיונות רבים שואלים על חוזקות ועל חולשות. הדף מלמד לבחור חוזקות אמיתיות עם דוגמה, ולדבר על חולשה בכנות ובלי להתנצל יותר מדי.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להכין מראש 3 חוזקות עם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להרשים במילים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קל להיזכר ולספר דוגמה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למלא זמן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להסתיר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ב'לא להמציא' כשמדברים על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חולשה אמיתית ולא להעמיד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כמה שיותר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להמציא סיפור מרשים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לענות על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הדף, איזו תשובה היא דוגמה לחולשה לא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'אני פרפקציוניסט/ית מדי'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'לפעמים קשה לי לבקש עזרה'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'אני לומד/ת מהר'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'אני אחראי/ת'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הדוגמה האישית בתשובה על חוזקה?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גורמת למראיין/ת לזכור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מאריכה את הראיון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מחליפה את החוזקה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מבלבלת את המראיין/ת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כדאי לסיים תשובה על חולשה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להתנצל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מה עושים כדי להשתפר (צמיחה)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נושא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אחד ואחת יש חוזקות שמופיעות שוב ושוב בלימודים, עם חברים ובבית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לבחור כמה שיותר חוזקות כדי להרשים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'מה החולשה שלך' בודקת בעיקר מודעות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להמציא חולשה לא אמיתית כדי להישמע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חוזקה כמו עבודת צוות יכולה להתאים לראיון למכינה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חוזקה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ממשיך/ה לנסות גם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מתחיל/ה דברים בלי שמבקשים ממנו/ה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הייתי אחראי/ת על תורנות הכיתה וקבעתי לוח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אוהב/ת לשאול שאלות ולחקור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שם/ה לב היטב למה שאחרים אומרים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אחד ואחת יש __________ - תכונות טובות שחוזרות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שאלת 'מה החולשה שלך' בודקת 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__________ לחוזקה, המראיין/ת זוכר/ת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חוזקה טובה מופיעה בלימודים, עם חברים 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מומלץ לבחור עד __________ חוזקות ולכל אחת למצוא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הנוסחה לחולשה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תוצאה חיובית (וזה כבר עוזר לי ב___)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בכנות על מה קשה לי (לפעמים אני 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מתי שמתי לב לזה (שמתי לב לזה כש___)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עשיתי כדי להשתפר (מאז אני ___)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חוזקה אחת שלכם וכתבו עליה דוגמה אישית קצרה, לפי המבנה חוזקה +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חולשה לפי הנוסחה מהדף,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חוזקה טובה לחולשה טובה בתשובה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לחוזקה שלכם עם סיפור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מסיימים תשובה על חולשה בלי להישמע שלילי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חוזקות וחולשות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